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886276" w14:textId="77777777" w:rsidR="00164624" w:rsidRDefault="0075777B">
      <w:pPr>
        <w:spacing w:after="120"/>
        <w:jc w:val="center"/>
      </w:pPr>
      <w:r>
        <w:rPr>
          <w:b/>
          <w:sz w:val="32"/>
        </w:rPr>
        <w:t>RØZ ABRIRÁ EL CONCIERTO GRATUITO DE DJ SNAKE EN PUEBLA</w:t>
      </w:r>
    </w:p>
    <w:p w14:paraId="5B35FFCA" w14:textId="77777777" w:rsidR="00164624" w:rsidRDefault="0075777B">
      <w:pPr>
        <w:jc w:val="center"/>
      </w:pPr>
      <w:r>
        <w:rPr>
          <w:i/>
        </w:rPr>
        <w:t>El dúo formará parte del Festival Frecuencias, dentro del Circuito Nacional de Festivales por la Paz</w:t>
      </w:r>
    </w:p>
    <w:p w14:paraId="41A2C7B1" w14:textId="77777777" w:rsidR="00164624" w:rsidRDefault="0075777B">
      <w:pPr>
        <w:spacing w:after="240"/>
        <w:jc w:val="center"/>
      </w:pPr>
      <w:r>
        <w:rPr>
          <w:b/>
        </w:rPr>
        <w:t>15 DE AGOSTO - PLAZA DE LA VICTORIA - 16:00 H - ENTRADA LIBRE</w:t>
      </w:r>
    </w:p>
    <w:p w14:paraId="1CD3ACF1" w14:textId="77777777" w:rsidR="00164624" w:rsidRDefault="0075777B">
      <w:pPr>
        <w:spacing w:after="140"/>
        <w:jc w:val="both"/>
      </w:pPr>
      <w:r>
        <w:t>RØZ será el acto encargado de abrir la jornada musical que encabezará DJ Snake el próximo 15 de agosto en la Plaza de la Victoria, Puebla, como parte del Festival Frecuencias y del Circuito Nacional de Festivales por la Paz.</w:t>
      </w:r>
    </w:p>
    <w:p w14:paraId="7F9E52A5" w14:textId="77777777" w:rsidR="00164624" w:rsidRDefault="0075777B">
      <w:pPr>
        <w:spacing w:after="140"/>
        <w:jc w:val="both"/>
      </w:pPr>
      <w:r>
        <w:t>La presentación comenzará a partir de las 16:00 horas y será de entrada libre, ofreciendo al público una experiencia musical de gran formato que reunirá talento nacional e internacional en uno de los espacios más representativos de la entidad.</w:t>
      </w:r>
    </w:p>
    <w:p w14:paraId="77D56D83" w14:textId="77777777" w:rsidR="00164624" w:rsidRDefault="0075777B">
      <w:pPr>
        <w:spacing w:after="140"/>
        <w:jc w:val="both"/>
      </w:pPr>
      <w:r>
        <w:t>Con la incorporación de RØZ, el Festival Frecuencias amplía su propuesta artística y prepara al público para la presentación estelar de DJ Snake, uno de los principales exponentes de la música electrónica a nivel internacional.</w:t>
      </w:r>
    </w:p>
    <w:p w14:paraId="51D7383E" w14:textId="77777777" w:rsidR="00164624" w:rsidRDefault="0075777B">
      <w:pPr>
        <w:spacing w:after="140"/>
        <w:jc w:val="both"/>
      </w:pPr>
      <w:r>
        <w:t>Este encuentro se suma a los esfuerzos impulsados por la Secretaría de Cultura del Gobierno de México para acercar el entretenimiento y las actividades culturales a todas las personas, llevando espectáculos gratuitos a distintas regiones del país y fortaleciendo los espacios públicos como puntos de convivencia, encuentro y participación comunitaria.</w:t>
      </w:r>
    </w:p>
    <w:p w14:paraId="489593E4" w14:textId="77777777" w:rsidR="00164624" w:rsidRDefault="0075777B">
      <w:pPr>
        <w:spacing w:after="140"/>
        <w:jc w:val="both"/>
      </w:pPr>
      <w:r>
        <w:t>El Circuito Nacional de Festivales por la Paz ha llevado eventos de gran convocatoria a diferentes estados de la República Mexicana, como la presentación de Martin Garrix en Veracruz, Panteón Rococó en el Estado de México y Yuridia en Morelos. Ahora, Puebla se integra a esta estrategia con una jornada de música electrónica encabezada por DJ Snake y con RØZ como acto de apertura.</w:t>
      </w:r>
    </w:p>
    <w:p w14:paraId="2D5764DA" w14:textId="77777777" w:rsidR="00164624" w:rsidRDefault="0075777B">
      <w:pPr>
        <w:spacing w:after="140"/>
        <w:jc w:val="both"/>
      </w:pPr>
      <w:r>
        <w:t>La participación de RØZ permitirá que los asistentes disfruten de una jornada musical más amplia, en la que distintas propuestas y sonidos se unirán para crear un ambiente de celebración, convivencia y acceso libre a la cultura.</w:t>
      </w:r>
    </w:p>
    <w:p w14:paraId="0CC4BC91" w14:textId="77777777" w:rsidR="00164624" w:rsidRDefault="0075777B">
      <w:pPr>
        <w:spacing w:after="140"/>
        <w:jc w:val="both"/>
      </w:pPr>
      <w:r>
        <w:t>El Festival Frecuencias busca consolidarse como un espacio incluyente en el que jóvenes, familias y visitantes puedan disfrutar de espectáculos de calidad de manera gratuita, reafirmando el compromiso de las instituciones participantes por acercar la música y el entretenimiento a toda la población.</w:t>
      </w:r>
    </w:p>
    <w:p w14:paraId="7282B115" w14:textId="77777777" w:rsidR="00164624" w:rsidRDefault="0075777B">
      <w:pPr>
        <w:spacing w:after="140"/>
        <w:jc w:val="both"/>
      </w:pPr>
      <w:r>
        <w:t>La entrada será completamente gratuita.</w:t>
      </w:r>
    </w:p>
    <w:p w14:paraId="1AD06B7E" w14:textId="77777777" w:rsidR="00164624" w:rsidRDefault="0075777B">
      <w:pPr>
        <w:spacing w:before="120"/>
      </w:pPr>
      <w:r>
        <w:rPr>
          <w:b/>
        </w:rPr>
        <w:t>RØZ Y DJ SNAKE - FESTIVAL FRECUENCIAS</w:t>
      </w:r>
    </w:p>
    <w:p w14:paraId="48B873CD" w14:textId="77777777" w:rsidR="00164624" w:rsidRDefault="0075777B">
      <w:pPr>
        <w:spacing w:after="40"/>
      </w:pPr>
      <w:r>
        <w:rPr>
          <w:b/>
        </w:rPr>
        <w:t xml:space="preserve">Fecha: </w:t>
      </w:r>
      <w:r>
        <w:t>15 de agosto de 2026</w:t>
      </w:r>
    </w:p>
    <w:p w14:paraId="673F4DB2" w14:textId="77777777" w:rsidR="00164624" w:rsidRDefault="0075777B">
      <w:pPr>
        <w:spacing w:after="40"/>
      </w:pPr>
      <w:r>
        <w:rPr>
          <w:b/>
        </w:rPr>
        <w:t xml:space="preserve">Lugar: </w:t>
      </w:r>
      <w:r>
        <w:t>Plaza de la Victoria, Puebla, Puebla</w:t>
      </w:r>
    </w:p>
    <w:p w14:paraId="029497C9" w14:textId="77777777" w:rsidR="00164624" w:rsidRDefault="0075777B">
      <w:pPr>
        <w:spacing w:after="40"/>
      </w:pPr>
      <w:r>
        <w:rPr>
          <w:b/>
        </w:rPr>
        <w:t xml:space="preserve">Hora: </w:t>
      </w:r>
      <w:r>
        <w:t>16:00 horas</w:t>
      </w:r>
    </w:p>
    <w:p w14:paraId="198F9FA3" w14:textId="77777777" w:rsidR="00164624" w:rsidRDefault="0075777B">
      <w:pPr>
        <w:spacing w:after="40"/>
      </w:pPr>
      <w:r>
        <w:rPr>
          <w:b/>
        </w:rPr>
        <w:t xml:space="preserve">Entrada: </w:t>
      </w:r>
      <w:r>
        <w:t>Libre</w:t>
      </w:r>
    </w:p>
    <w:p w14:paraId="35EBEABD" w14:textId="77777777" w:rsidR="00164624" w:rsidRDefault="0075777B">
      <w:pPr>
        <w:spacing w:after="40"/>
      </w:pPr>
      <w:r>
        <w:rPr>
          <w:b/>
        </w:rPr>
        <w:t xml:space="preserve">Acto de apertura: </w:t>
      </w:r>
      <w:r>
        <w:t>RØZ</w:t>
      </w:r>
    </w:p>
    <w:p w14:paraId="369919D2" w14:textId="77777777" w:rsidR="00164624" w:rsidRDefault="0075777B">
      <w:pPr>
        <w:spacing w:after="40"/>
      </w:pPr>
      <w:r>
        <w:rPr>
          <w:b/>
        </w:rPr>
        <w:t xml:space="preserve">Presentación estelar: </w:t>
      </w:r>
      <w:r>
        <w:t>DJ Snake</w:t>
      </w:r>
    </w:p>
    <w:sectPr w:rsidR="00164624" w:rsidSect="00034616">
      <w:pgSz w:w="12240" w:h="15840"/>
      <w:pgMar w:top="1152" w:right="1296" w:bottom="1152"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num w:numId="1" w16cid:durableId="1533376318">
    <w:abstractNumId w:val="8"/>
  </w:num>
  <w:num w:numId="2" w16cid:durableId="476846023">
    <w:abstractNumId w:val="6"/>
  </w:num>
  <w:num w:numId="3" w16cid:durableId="1089742084">
    <w:abstractNumId w:val="5"/>
  </w:num>
  <w:num w:numId="4" w16cid:durableId="974263464">
    <w:abstractNumId w:val="4"/>
  </w:num>
  <w:num w:numId="5" w16cid:durableId="893737386">
    <w:abstractNumId w:val="7"/>
  </w:num>
  <w:num w:numId="6" w16cid:durableId="834540495">
    <w:abstractNumId w:val="3"/>
  </w:num>
  <w:num w:numId="7" w16cid:durableId="1992522128">
    <w:abstractNumId w:val="2"/>
  </w:num>
  <w:num w:numId="8" w16cid:durableId="1970628303">
    <w:abstractNumId w:val="1"/>
  </w:num>
  <w:num w:numId="9" w16cid:durableId="1868375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64624"/>
    <w:rsid w:val="001A1D93"/>
    <w:rsid w:val="0029639D"/>
    <w:rsid w:val="00326F90"/>
    <w:rsid w:val="0075777B"/>
    <w:rsid w:val="007B56C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FB0935B"/>
  <w14:defaultImageDpi w14:val="300"/>
  <w15:docId w15:val="{504386DC-8E23-4F9E-8C2A-8AC20B9D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color w:val="00000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371</Words>
  <Characters>2043</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Rafael Salinas González</cp:lastModifiedBy>
  <cp:revision>2</cp:revision>
  <dcterms:created xsi:type="dcterms:W3CDTF">2026-07-30T18:48:00Z</dcterms:created>
  <dcterms:modified xsi:type="dcterms:W3CDTF">2026-07-30T18:48:00Z</dcterms:modified>
  <cp:category/>
</cp:coreProperties>
</file>