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9F2FD" w14:textId="2FAFAB6F" w:rsidR="00CF7DB7" w:rsidRDefault="00CF7DB7" w:rsidP="00CF7DB7">
      <w:pPr>
        <w:jc w:val="center"/>
      </w:pPr>
      <w:r>
        <w:rPr>
          <w:noProof/>
        </w:rPr>
        <w:drawing>
          <wp:inline distT="0" distB="0" distL="0" distR="0" wp14:anchorId="01509B2B" wp14:editId="0C5D6BEF">
            <wp:extent cx="1759040" cy="768389"/>
            <wp:effectExtent l="0" t="0" r="0" b="0"/>
            <wp:docPr id="1737201728" name="Imagen 1" descr="Dibujo en blanco y negr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0C358826-FB2D-4DF9-84E1-3A2621754F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01728" name="Imagen 1" descr="Dibujo en blanco y negro&#10;&#10;El contenido generado por IA puede ser incorrec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D7A7" w14:textId="1D0A6357" w:rsidR="009A4CF5" w:rsidRPr="009A4CF5" w:rsidRDefault="009A4CF5" w:rsidP="00CF7DB7">
      <w:pPr>
        <w:jc w:val="center"/>
        <w:rPr>
          <w:rFonts w:ascii="Aptos" w:hAnsi="Aptos"/>
          <w:b/>
          <w:bCs/>
          <w:sz w:val="40"/>
          <w:szCs w:val="40"/>
        </w:rPr>
      </w:pPr>
      <w:r w:rsidRPr="009A4CF5">
        <w:rPr>
          <w:rFonts w:ascii="Aptos" w:hAnsi="Aptos"/>
          <w:b/>
          <w:bCs/>
          <w:sz w:val="40"/>
          <w:szCs w:val="40"/>
        </w:rPr>
        <w:t>SYSTEM OF A DOWN</w:t>
      </w:r>
    </w:p>
    <w:p w14:paraId="18F001EE" w14:textId="2684BFAC" w:rsidR="00626408" w:rsidRPr="009A4CF5" w:rsidRDefault="00037629" w:rsidP="00CF7DB7">
      <w:pPr>
        <w:jc w:val="center"/>
        <w:rPr>
          <w:rFonts w:ascii="Aptos" w:hAnsi="Aptos"/>
          <w:b/>
          <w:bCs/>
          <w:sz w:val="36"/>
          <w:szCs w:val="36"/>
        </w:rPr>
      </w:pPr>
      <w:r w:rsidRPr="009A4CF5">
        <w:rPr>
          <w:rFonts w:ascii="Aptos" w:hAnsi="Aptos"/>
          <w:b/>
          <w:bCs/>
          <w:sz w:val="36"/>
          <w:szCs w:val="36"/>
        </w:rPr>
        <w:t>SYSTEM OF A DOWN AGREGA SHOW MASIVO</w:t>
      </w:r>
    </w:p>
    <w:p w14:paraId="4A86C786" w14:textId="0D874515" w:rsidR="00626408" w:rsidRPr="009A4CF5" w:rsidRDefault="00037629" w:rsidP="00CF7DB7">
      <w:pPr>
        <w:jc w:val="center"/>
        <w:rPr>
          <w:rFonts w:ascii="Aptos" w:hAnsi="Aptos"/>
          <w:b/>
          <w:bCs/>
          <w:sz w:val="36"/>
          <w:szCs w:val="36"/>
        </w:rPr>
      </w:pPr>
      <w:r w:rsidRPr="009A4CF5">
        <w:rPr>
          <w:rFonts w:ascii="Aptos" w:hAnsi="Aptos"/>
          <w:b/>
          <w:bCs/>
          <w:sz w:val="36"/>
          <w:szCs w:val="36"/>
        </w:rPr>
        <w:t xml:space="preserve">EN CIUDAD DE MÉXICO A </w:t>
      </w:r>
      <w:r w:rsidR="00FB1D5B">
        <w:rPr>
          <w:rFonts w:ascii="Aptos" w:hAnsi="Aptos"/>
          <w:b/>
          <w:bCs/>
          <w:sz w:val="36"/>
          <w:szCs w:val="36"/>
        </w:rPr>
        <w:t xml:space="preserve">SU </w:t>
      </w:r>
      <w:r w:rsidRPr="009A4CF5">
        <w:rPr>
          <w:rFonts w:ascii="Aptos" w:hAnsi="Aptos"/>
          <w:b/>
          <w:bCs/>
          <w:sz w:val="36"/>
          <w:szCs w:val="36"/>
        </w:rPr>
        <w:t>GIRA 2026</w:t>
      </w:r>
    </w:p>
    <w:p w14:paraId="2FA14522" w14:textId="4EF67CAA" w:rsidR="00626408" w:rsidRPr="009A4CF5" w:rsidRDefault="00037629" w:rsidP="00CF7DB7">
      <w:pPr>
        <w:jc w:val="center"/>
        <w:rPr>
          <w:rFonts w:ascii="Aptos" w:hAnsi="Aptos"/>
          <w:sz w:val="24"/>
          <w:szCs w:val="24"/>
        </w:rPr>
      </w:pPr>
      <w:r w:rsidRPr="009A4CF5">
        <w:rPr>
          <w:rFonts w:ascii="Aptos" w:hAnsi="Aptos"/>
          <w:sz w:val="24"/>
          <w:szCs w:val="24"/>
        </w:rPr>
        <w:t>ESTADIO GNP SEGUROS - 27 DE MAYO - INVITADO ESPECIAL</w:t>
      </w:r>
      <w:r w:rsidR="5F449FA9" w:rsidRPr="3D62752C">
        <w:rPr>
          <w:rFonts w:ascii="Aptos" w:hAnsi="Aptos"/>
          <w:sz w:val="24"/>
          <w:szCs w:val="24"/>
        </w:rPr>
        <w:t>:</w:t>
      </w:r>
      <w:r w:rsidRPr="009A4CF5">
        <w:rPr>
          <w:rFonts w:ascii="Aptos" w:hAnsi="Aptos"/>
          <w:sz w:val="24"/>
          <w:szCs w:val="24"/>
        </w:rPr>
        <w:t xml:space="preserve"> IDLES</w:t>
      </w:r>
    </w:p>
    <w:p w14:paraId="58E600F1" w14:textId="7560A5C1" w:rsidR="00626408" w:rsidRPr="009A4CF5" w:rsidRDefault="009A4CF5" w:rsidP="00CF7DB7">
      <w:pPr>
        <w:jc w:val="center"/>
        <w:rPr>
          <w:rFonts w:ascii="Aptos" w:hAnsi="Aptos"/>
          <w:sz w:val="24"/>
          <w:szCs w:val="24"/>
        </w:rPr>
      </w:pPr>
      <w:r w:rsidRPr="009A4CF5">
        <w:rPr>
          <w:rFonts w:ascii="Aptos" w:hAnsi="Aptos"/>
          <w:sz w:val="24"/>
          <w:szCs w:val="24"/>
        </w:rPr>
        <w:t>PREVENTA BANAMEX:</w:t>
      </w:r>
      <w:r>
        <w:rPr>
          <w:rFonts w:ascii="Aptos" w:hAnsi="Aptos"/>
          <w:sz w:val="24"/>
          <w:szCs w:val="24"/>
        </w:rPr>
        <w:t>15 DE DICIEMBRE</w:t>
      </w:r>
    </w:p>
    <w:p w14:paraId="301D52BF" w14:textId="6FFC4698" w:rsidR="00CF7DB7" w:rsidRDefault="00CF7DB7" w:rsidP="00CF7DB7">
      <w:pPr>
        <w:jc w:val="center"/>
      </w:pPr>
      <w:r>
        <w:rPr>
          <w:noProof/>
        </w:rPr>
        <w:drawing>
          <wp:inline distT="0" distB="0" distL="0" distR="0" wp14:anchorId="3C2D33EC" wp14:editId="2D2DC492">
            <wp:extent cx="3538330" cy="4424047"/>
            <wp:effectExtent l="0" t="0" r="5080" b="0"/>
            <wp:docPr id="163146043" name="Picture 1" descr="A poster for a conce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1D95E1-6286-47BD-AA7E-7AE5BD3CD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6043" name="Picture 1" descr="A poster for a concer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642" cy="447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1919" w14:textId="45B858D2" w:rsidR="00CF7DB7" w:rsidRPr="00CF7DB7" w:rsidRDefault="00CF7DB7">
      <w:pPr>
        <w:rPr>
          <w:rFonts w:ascii="Aptos" w:hAnsi="Aptos"/>
          <w:sz w:val="24"/>
          <w:szCs w:val="24"/>
          <w:lang w:val="es-MX"/>
        </w:rPr>
      </w:pPr>
      <w:r w:rsidRPr="00CF7DB7">
        <w:rPr>
          <w:rFonts w:ascii="Aptos" w:hAnsi="Aptos"/>
          <w:sz w:val="24"/>
          <w:szCs w:val="24"/>
          <w:lang w:val="es-MX"/>
        </w:rPr>
        <w:t xml:space="preserve">Ciudad de México, 9 de diciembre de 2026 – Tras el rotundo éxito de su gira por estadios en Norteamérica este verano y la impresionante cifra de 500,000 boletos vendidos en América Latina a principios de este año, los </w:t>
      </w:r>
      <w:r w:rsidR="06CD15FE" w:rsidRPr="7F26C40F">
        <w:rPr>
          <w:rFonts w:ascii="Aptos" w:hAnsi="Aptos"/>
          <w:sz w:val="24"/>
          <w:szCs w:val="24"/>
          <w:lang w:val="es-MX"/>
        </w:rPr>
        <w:t>i</w:t>
      </w:r>
      <w:r w:rsidRPr="7F26C40F">
        <w:rPr>
          <w:rFonts w:ascii="Aptos" w:hAnsi="Aptos"/>
          <w:sz w:val="24"/>
          <w:szCs w:val="24"/>
          <w:lang w:val="es-MX"/>
        </w:rPr>
        <w:t>conos</w:t>
      </w:r>
      <w:r w:rsidRPr="00CF7DB7">
        <w:rPr>
          <w:rFonts w:ascii="Aptos" w:hAnsi="Aptos"/>
          <w:sz w:val="24"/>
          <w:szCs w:val="24"/>
          <w:lang w:val="es-MX"/>
        </w:rPr>
        <w:t xml:space="preserve"> del rock</w:t>
      </w:r>
      <w:r w:rsidR="009A4CF5">
        <w:rPr>
          <w:rFonts w:ascii="Aptos" w:hAnsi="Aptos"/>
          <w:sz w:val="24"/>
          <w:szCs w:val="24"/>
          <w:lang w:val="es-MX"/>
        </w:rPr>
        <w:t>,</w:t>
      </w:r>
      <w:r w:rsidRPr="00CF7DB7">
        <w:rPr>
          <w:rFonts w:ascii="Aptos" w:hAnsi="Aptos"/>
          <w:sz w:val="24"/>
          <w:szCs w:val="24"/>
          <w:lang w:val="es-MX"/>
        </w:rPr>
        <w:t xml:space="preserve"> ganadores del premio GRAMMY®, System Of A Down, han anunciado su esperado regreso a la Ciudad de México el próximo 27 de mayo de 2026. Esta noticia llega después del reciente anuncio de su gira por Europa y Reino Unido en 2026, cuyas entradas se agotaron </w:t>
      </w:r>
      <w:r>
        <w:rPr>
          <w:rFonts w:ascii="Aptos" w:hAnsi="Aptos"/>
          <w:sz w:val="24"/>
          <w:szCs w:val="24"/>
          <w:lang w:val="es-MX"/>
        </w:rPr>
        <w:t xml:space="preserve">de forma </w:t>
      </w:r>
      <w:r w:rsidRPr="00CF7DB7">
        <w:rPr>
          <w:rFonts w:ascii="Aptos" w:hAnsi="Aptos"/>
          <w:sz w:val="24"/>
          <w:szCs w:val="24"/>
          <w:lang w:val="es-MX"/>
        </w:rPr>
        <w:t>inmediat</w:t>
      </w:r>
      <w:r w:rsidR="009A4CF5">
        <w:rPr>
          <w:rFonts w:ascii="Aptos" w:hAnsi="Aptos"/>
          <w:sz w:val="24"/>
          <w:szCs w:val="24"/>
          <w:lang w:val="es-MX"/>
        </w:rPr>
        <w:t>a</w:t>
      </w:r>
      <w:r w:rsidRPr="00CF7DB7">
        <w:rPr>
          <w:rFonts w:ascii="Aptos" w:hAnsi="Aptos"/>
          <w:sz w:val="24"/>
          <w:szCs w:val="24"/>
          <w:lang w:val="es-MX"/>
        </w:rPr>
        <w:t xml:space="preserve"> al salir a la venta. </w:t>
      </w:r>
    </w:p>
    <w:p w14:paraId="5D16D2A0" w14:textId="228C2178" w:rsidR="00626408" w:rsidRPr="00CF7DB7" w:rsidRDefault="00CF7DB7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En añadidura, para</w:t>
      </w:r>
      <w:r w:rsidR="009A4CF5">
        <w:rPr>
          <w:rFonts w:ascii="Aptos" w:hAnsi="Aptos"/>
          <w:sz w:val="24"/>
          <w:szCs w:val="24"/>
        </w:rPr>
        <w:t xml:space="preserve"> el concierto en</w:t>
      </w:r>
      <w:r>
        <w:rPr>
          <w:rFonts w:ascii="Aptos" w:hAnsi="Aptos"/>
          <w:sz w:val="24"/>
          <w:szCs w:val="24"/>
        </w:rPr>
        <w:t xml:space="preserve"> </w:t>
      </w:r>
      <w:r w:rsidRPr="00CF7DB7">
        <w:rPr>
          <w:rFonts w:ascii="Aptos" w:hAnsi="Aptos"/>
          <w:sz w:val="24"/>
          <w:szCs w:val="24"/>
        </w:rPr>
        <w:t>C</w:t>
      </w:r>
      <w:r w:rsidR="009A4CF5">
        <w:rPr>
          <w:rFonts w:ascii="Aptos" w:hAnsi="Aptos"/>
          <w:sz w:val="24"/>
          <w:szCs w:val="24"/>
        </w:rPr>
        <w:t>iudad de México</w:t>
      </w:r>
      <w:r w:rsidRPr="00CF7DB7">
        <w:rPr>
          <w:rFonts w:ascii="Aptos" w:hAnsi="Aptos"/>
          <w:sz w:val="24"/>
          <w:szCs w:val="24"/>
        </w:rPr>
        <w:t>, S</w:t>
      </w:r>
      <w:r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O</w:t>
      </w:r>
      <w:r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A</w:t>
      </w:r>
      <w:r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D estará acompañado por la banda británica de rock</w:t>
      </w:r>
      <w:r w:rsidR="2EC4480B" w:rsidRPr="594687A9">
        <w:rPr>
          <w:rFonts w:ascii="Aptos" w:hAnsi="Aptos"/>
          <w:sz w:val="24"/>
          <w:szCs w:val="24"/>
        </w:rPr>
        <w:t>,</w:t>
      </w:r>
      <w:r w:rsidRPr="00CF7DB7">
        <w:rPr>
          <w:rFonts w:ascii="Aptos" w:hAnsi="Aptos"/>
          <w:sz w:val="24"/>
          <w:szCs w:val="24"/>
        </w:rPr>
        <w:t xml:space="preserve"> IDLES, creando una alineación escénica cautivadora y enérgica.</w:t>
      </w:r>
    </w:p>
    <w:p w14:paraId="4F9B2D79" w14:textId="42CAD1CD" w:rsidR="00626408" w:rsidRPr="00CF7DB7" w:rsidRDefault="00037629" w:rsidP="00CF7DB7">
      <w:pPr>
        <w:rPr>
          <w:rFonts w:ascii="Aptos" w:hAnsi="Aptos"/>
          <w:sz w:val="24"/>
          <w:szCs w:val="24"/>
        </w:rPr>
      </w:pPr>
      <w:r w:rsidRPr="00CF7DB7">
        <w:rPr>
          <w:rFonts w:ascii="Aptos" w:hAnsi="Aptos"/>
          <w:sz w:val="24"/>
          <w:szCs w:val="24"/>
        </w:rPr>
        <w:t>La preventa para fans de S</w:t>
      </w:r>
      <w:r w:rsidR="00CF7DB7"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O</w:t>
      </w:r>
      <w:r w:rsidR="00CF7DB7"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A</w:t>
      </w:r>
      <w:r w:rsidR="00CF7DB7">
        <w:rPr>
          <w:rFonts w:ascii="Aptos" w:hAnsi="Aptos"/>
          <w:sz w:val="24"/>
          <w:szCs w:val="24"/>
        </w:rPr>
        <w:t>.</w:t>
      </w:r>
      <w:r w:rsidRPr="00CF7DB7">
        <w:rPr>
          <w:rFonts w:ascii="Aptos" w:hAnsi="Aptos"/>
          <w:sz w:val="24"/>
          <w:szCs w:val="24"/>
        </w:rPr>
        <w:t>D comienza el 10 de diciembre a las 10 a.m. hora local,</w:t>
      </w:r>
      <w:r w:rsidR="00CF7DB7">
        <w:rPr>
          <w:rFonts w:ascii="Aptos" w:hAnsi="Aptos"/>
          <w:sz w:val="24"/>
          <w:szCs w:val="24"/>
        </w:rPr>
        <w:t xml:space="preserve"> mientras que la Preventa Banamex tendrá lugar el 15 de diciembre; la Venta General se liberará un día después, el 16 de diciembre a través de Ticketmaster o en la taquilla del inmueble. </w:t>
      </w:r>
    </w:p>
    <w:p w14:paraId="645BCC92" w14:textId="30C3EBC9" w:rsidR="00CF7DB7" w:rsidRPr="00CF7DB7" w:rsidRDefault="00CF7DB7">
      <w:pPr>
        <w:rPr>
          <w:rFonts w:ascii="Aptos" w:hAnsi="Aptos"/>
          <w:sz w:val="24"/>
          <w:szCs w:val="24"/>
        </w:rPr>
      </w:pPr>
      <w:r w:rsidRPr="00CF7DB7">
        <w:rPr>
          <w:rFonts w:ascii="Aptos" w:hAnsi="Aptos"/>
          <w:noProof/>
          <w:sz w:val="24"/>
          <w:szCs w:val="24"/>
        </w:rPr>
        <w:drawing>
          <wp:inline distT="0" distB="0" distL="0" distR="0" wp14:anchorId="67394353" wp14:editId="1AD8C808">
            <wp:extent cx="5049078" cy="3605560"/>
            <wp:effectExtent l="0" t="0" r="5715" b="1270"/>
            <wp:docPr id="524004016" name="Picture 2" descr="A group of men posing for a pictu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7099DE5-257E-430C-B3E6-1BAC871AA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04016" name="Picture 2" descr="A group of men posing for a pictur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182" cy="36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63A3" w14:textId="77777777" w:rsidR="00626408" w:rsidRPr="009A4CF5" w:rsidRDefault="00037629" w:rsidP="00CF7DB7">
      <w:pPr>
        <w:jc w:val="right"/>
        <w:rPr>
          <w:rFonts w:ascii="Aptos" w:hAnsi="Aptos"/>
          <w:i/>
          <w:iCs/>
        </w:rPr>
      </w:pPr>
      <w:r w:rsidRPr="009A4CF5">
        <w:rPr>
          <w:rFonts w:ascii="Aptos" w:hAnsi="Aptos"/>
          <w:i/>
          <w:iCs/>
        </w:rPr>
        <w:t>Crédito: Clemente Ruiz</w:t>
      </w:r>
    </w:p>
    <w:p w14:paraId="34F70E2D" w14:textId="77777777" w:rsidR="00626408" w:rsidRPr="00CF7DB7" w:rsidRDefault="00037629">
      <w:pPr>
        <w:rPr>
          <w:rFonts w:ascii="Aptos" w:hAnsi="Aptos"/>
          <w:b/>
          <w:bCs/>
          <w:sz w:val="24"/>
          <w:szCs w:val="24"/>
          <w:u w:val="single"/>
        </w:rPr>
      </w:pPr>
      <w:r w:rsidRPr="00CF7DB7">
        <w:rPr>
          <w:rFonts w:ascii="Aptos" w:hAnsi="Aptos"/>
          <w:b/>
          <w:bCs/>
          <w:sz w:val="24"/>
          <w:szCs w:val="24"/>
          <w:u w:val="single"/>
        </w:rPr>
        <w:t>Acerca de SYSTEM OF A DOWN</w:t>
      </w:r>
    </w:p>
    <w:p w14:paraId="04E7A367" w14:textId="1255B53D" w:rsidR="00626408" w:rsidRPr="00CF7DB7" w:rsidRDefault="00037629">
      <w:pPr>
        <w:rPr>
          <w:rFonts w:ascii="Aptos" w:hAnsi="Aptos"/>
          <w:sz w:val="24"/>
          <w:szCs w:val="24"/>
          <w:lang w:val="es-ES"/>
        </w:rPr>
      </w:pPr>
      <w:r w:rsidRPr="63003419">
        <w:rPr>
          <w:rFonts w:ascii="Aptos" w:hAnsi="Aptos"/>
          <w:sz w:val="24"/>
          <w:szCs w:val="24"/>
          <w:lang w:val="es-ES"/>
        </w:rPr>
        <w:t xml:space="preserve">Como la banda de rock más inspiradora, impactante e inimitable del siglo XXI, SYSTEM OF A DOWN ha vendido más de 42 millones de discos en todo el mundo, ha ganado un premio GRAMMY® y </w:t>
      </w:r>
      <w:r w:rsidR="34BA7A31" w:rsidRPr="701BA7AC">
        <w:rPr>
          <w:rFonts w:ascii="Aptos" w:hAnsi="Aptos"/>
          <w:sz w:val="24"/>
          <w:szCs w:val="24"/>
          <w:lang w:val="es-ES"/>
        </w:rPr>
        <w:t xml:space="preserve">se </w:t>
      </w:r>
      <w:r w:rsidRPr="701BA7AC">
        <w:rPr>
          <w:rFonts w:ascii="Aptos" w:hAnsi="Aptos"/>
          <w:sz w:val="24"/>
          <w:szCs w:val="24"/>
          <w:lang w:val="es-ES"/>
        </w:rPr>
        <w:t>ha</w:t>
      </w:r>
      <w:r w:rsidRPr="63003419">
        <w:rPr>
          <w:rFonts w:ascii="Aptos" w:hAnsi="Aptos"/>
          <w:sz w:val="24"/>
          <w:szCs w:val="24"/>
          <w:lang w:val="es-ES"/>
        </w:rPr>
        <w:t xml:space="preserve"> </w:t>
      </w:r>
      <w:r w:rsidR="10EE0BB9" w:rsidRPr="3EA2A0CD">
        <w:rPr>
          <w:rFonts w:ascii="Aptos" w:hAnsi="Aptos"/>
          <w:sz w:val="24"/>
          <w:szCs w:val="24"/>
          <w:lang w:val="es-ES"/>
        </w:rPr>
        <w:t>presentado</w:t>
      </w:r>
      <w:r w:rsidRPr="63003419">
        <w:rPr>
          <w:rFonts w:ascii="Aptos" w:hAnsi="Aptos"/>
          <w:sz w:val="24"/>
          <w:szCs w:val="24"/>
          <w:lang w:val="es-ES"/>
        </w:rPr>
        <w:t xml:space="preserve"> </w:t>
      </w:r>
      <w:r w:rsidR="29DC1FB6" w:rsidRPr="51D4B11A">
        <w:rPr>
          <w:rFonts w:ascii="Aptos" w:hAnsi="Aptos"/>
          <w:sz w:val="24"/>
          <w:szCs w:val="24"/>
          <w:lang w:val="es-ES"/>
        </w:rPr>
        <w:t xml:space="preserve">en </w:t>
      </w:r>
      <w:r w:rsidRPr="51D4B11A">
        <w:rPr>
          <w:rFonts w:ascii="Aptos" w:hAnsi="Aptos"/>
          <w:sz w:val="24"/>
          <w:szCs w:val="24"/>
          <w:lang w:val="es-ES"/>
        </w:rPr>
        <w:t>estadios</w:t>
      </w:r>
      <w:r w:rsidRPr="63003419">
        <w:rPr>
          <w:rFonts w:ascii="Aptos" w:hAnsi="Aptos"/>
          <w:sz w:val="24"/>
          <w:szCs w:val="24"/>
          <w:lang w:val="es-ES"/>
        </w:rPr>
        <w:t xml:space="preserve">, festivales y recintos en múltiples continentes. </w:t>
      </w:r>
      <w:r w:rsidRPr="6B5EE261">
        <w:rPr>
          <w:rFonts w:ascii="Aptos" w:hAnsi="Aptos"/>
          <w:sz w:val="24"/>
          <w:szCs w:val="24"/>
          <w:lang w:val="es-ES"/>
        </w:rPr>
        <w:t>Formad</w:t>
      </w:r>
      <w:r w:rsidR="7F77B77F" w:rsidRPr="6B5EE261">
        <w:rPr>
          <w:rFonts w:ascii="Aptos" w:hAnsi="Aptos"/>
          <w:sz w:val="24"/>
          <w:szCs w:val="24"/>
          <w:lang w:val="es-ES"/>
        </w:rPr>
        <w:t>o</w:t>
      </w:r>
      <w:r w:rsidRPr="63003419">
        <w:rPr>
          <w:rFonts w:ascii="Aptos" w:hAnsi="Aptos"/>
          <w:sz w:val="24"/>
          <w:szCs w:val="24"/>
          <w:lang w:val="es-ES"/>
        </w:rPr>
        <w:t xml:space="preserve"> en Los Ángeles, el grupo ha sido la banda sonora de una revolución personal, política, sonora y espiritual desde el lanzamiento de su álbum debut homónimo en 1998, </w:t>
      </w:r>
      <w:r w:rsidR="00CF7DB7" w:rsidRPr="63003419">
        <w:rPr>
          <w:rFonts w:ascii="Aptos" w:hAnsi="Aptos"/>
          <w:sz w:val="24"/>
          <w:szCs w:val="24"/>
          <w:lang w:val="es-ES"/>
        </w:rPr>
        <w:t xml:space="preserve">mismo que </w:t>
      </w:r>
      <w:r w:rsidRPr="63003419">
        <w:rPr>
          <w:rFonts w:ascii="Aptos" w:hAnsi="Aptos"/>
          <w:sz w:val="24"/>
          <w:szCs w:val="24"/>
          <w:lang w:val="es-ES"/>
        </w:rPr>
        <w:t xml:space="preserve">alcanzó estatus </w:t>
      </w:r>
      <w:r w:rsidR="31FAE746" w:rsidRPr="1C45A272">
        <w:rPr>
          <w:rFonts w:ascii="Aptos" w:hAnsi="Aptos"/>
          <w:sz w:val="24"/>
          <w:szCs w:val="24"/>
          <w:lang w:val="es-ES"/>
        </w:rPr>
        <w:t>de</w:t>
      </w:r>
      <w:r w:rsidRPr="202DDBF2">
        <w:rPr>
          <w:rFonts w:ascii="Aptos" w:hAnsi="Aptos"/>
          <w:sz w:val="24"/>
          <w:szCs w:val="24"/>
          <w:lang w:val="es-ES"/>
        </w:rPr>
        <w:t xml:space="preserve"> </w:t>
      </w:r>
      <w:r w:rsidRPr="63003419">
        <w:rPr>
          <w:rFonts w:ascii="Aptos" w:hAnsi="Aptos"/>
          <w:sz w:val="24"/>
          <w:szCs w:val="24"/>
          <w:lang w:val="es-ES"/>
        </w:rPr>
        <w:t>multiplatino. El cuarteto ha agotado entradas en todo el mundo y registra regularmente más de 24 millones de oyentes mensuales en Spotify, lo que los convierte en una de las bandas de rock/alternativo más escuchadas globalmente. SYSTEM OF A DOWN está compuesto por Daron Malakian [guitarra y voz], Serj Tankian [voz y teclados], Shavo Odadjian [bajo] y John Dolmayan [batería].</w:t>
      </w:r>
    </w:p>
    <w:p w14:paraId="45744BBB" w14:textId="77777777" w:rsidR="00626408" w:rsidRPr="00CF7DB7" w:rsidRDefault="00037629">
      <w:pPr>
        <w:rPr>
          <w:rFonts w:ascii="Aptos" w:hAnsi="Aptos"/>
          <w:b/>
          <w:bCs/>
          <w:sz w:val="24"/>
          <w:szCs w:val="24"/>
          <w:u w:val="single"/>
        </w:rPr>
      </w:pPr>
      <w:r w:rsidRPr="00CF7DB7">
        <w:rPr>
          <w:rFonts w:ascii="Aptos" w:hAnsi="Aptos"/>
          <w:b/>
          <w:bCs/>
          <w:sz w:val="24"/>
          <w:szCs w:val="24"/>
          <w:u w:val="single"/>
        </w:rPr>
        <w:t>Acerca de IDLES</w:t>
      </w:r>
    </w:p>
    <w:p w14:paraId="198A304F" w14:textId="5F4BB153" w:rsidR="00626408" w:rsidRDefault="00037629">
      <w:pPr>
        <w:rPr>
          <w:rFonts w:ascii="Aptos" w:hAnsi="Aptos"/>
          <w:sz w:val="24"/>
          <w:szCs w:val="24"/>
          <w:lang w:val="es-ES"/>
        </w:rPr>
      </w:pPr>
      <w:r w:rsidRPr="15E60ADE">
        <w:rPr>
          <w:rFonts w:ascii="Aptos" w:hAnsi="Aptos"/>
          <w:sz w:val="24"/>
          <w:szCs w:val="24"/>
          <w:lang w:val="es-ES"/>
        </w:rPr>
        <w:t xml:space="preserve">IDLES (Bristol, Reino Unido, 2009) es una de las bandas de rock más poderosas de la última década. Goodrich, Beats y Bowen crearon un </w:t>
      </w:r>
      <w:r w:rsidR="00CF7DB7" w:rsidRPr="15E60ADE">
        <w:rPr>
          <w:rFonts w:ascii="Aptos" w:hAnsi="Aptos"/>
          <w:sz w:val="24"/>
          <w:szCs w:val="24"/>
          <w:lang w:val="es-ES"/>
        </w:rPr>
        <w:t xml:space="preserve">equipo </w:t>
      </w:r>
      <w:r w:rsidRPr="15E60ADE">
        <w:rPr>
          <w:rFonts w:ascii="Aptos" w:hAnsi="Aptos"/>
          <w:sz w:val="24"/>
          <w:szCs w:val="24"/>
          <w:lang w:val="es-ES"/>
        </w:rPr>
        <w:t xml:space="preserve">de trabajo sobresaliente que </w:t>
      </w:r>
      <w:r w:rsidR="009A4CF5" w:rsidRPr="15E60ADE">
        <w:rPr>
          <w:rFonts w:ascii="Aptos" w:hAnsi="Aptos"/>
          <w:sz w:val="24"/>
          <w:szCs w:val="24"/>
          <w:lang w:val="es-ES"/>
        </w:rPr>
        <w:t xml:space="preserve">los llevó </w:t>
      </w:r>
      <w:r w:rsidRPr="15E60ADE">
        <w:rPr>
          <w:rFonts w:ascii="Aptos" w:hAnsi="Aptos"/>
          <w:sz w:val="24"/>
          <w:szCs w:val="24"/>
          <w:lang w:val="es-ES"/>
        </w:rPr>
        <w:t>a nue</w:t>
      </w:r>
      <w:r w:rsidR="009A4CF5" w:rsidRPr="15E60ADE">
        <w:rPr>
          <w:rFonts w:ascii="Aptos" w:hAnsi="Aptos"/>
          <w:sz w:val="24"/>
          <w:szCs w:val="24"/>
          <w:lang w:val="es-ES"/>
        </w:rPr>
        <w:t>vos territorios sonoros</w:t>
      </w:r>
      <w:r w:rsidRPr="15E60ADE">
        <w:rPr>
          <w:rFonts w:ascii="Aptos" w:hAnsi="Aptos"/>
          <w:sz w:val="24"/>
          <w:szCs w:val="24"/>
          <w:lang w:val="es-ES"/>
        </w:rPr>
        <w:t xml:space="preserve">. </w:t>
      </w:r>
      <w:r w:rsidRPr="15E60ADE">
        <w:rPr>
          <w:rFonts w:ascii="Aptos" w:hAnsi="Aptos"/>
          <w:i/>
          <w:iCs/>
          <w:sz w:val="24"/>
          <w:szCs w:val="24"/>
          <w:lang w:val="es-ES"/>
        </w:rPr>
        <w:t>TANGK</w:t>
      </w:r>
      <w:r w:rsidRPr="15E60ADE">
        <w:rPr>
          <w:rFonts w:ascii="Aptos" w:hAnsi="Aptos"/>
          <w:sz w:val="24"/>
          <w:szCs w:val="24"/>
          <w:lang w:val="es-ES"/>
        </w:rPr>
        <w:t xml:space="preserve"> es el quinto álbum de la banda y el sucesor del nominado al </w:t>
      </w:r>
      <w:r w:rsidR="009A4CF5" w:rsidRPr="15E60ADE">
        <w:rPr>
          <w:rFonts w:ascii="Aptos" w:hAnsi="Aptos"/>
          <w:sz w:val="24"/>
          <w:szCs w:val="24"/>
          <w:lang w:val="es-ES"/>
        </w:rPr>
        <w:t>GRAMMY®</w:t>
      </w:r>
      <w:r w:rsidR="00A2102D" w:rsidRPr="15E60ADE">
        <w:rPr>
          <w:rFonts w:ascii="Aptos" w:hAnsi="Aptos"/>
          <w:sz w:val="24"/>
          <w:szCs w:val="24"/>
          <w:lang w:val="es-ES"/>
        </w:rPr>
        <w:t>:</w:t>
      </w:r>
      <w:r w:rsidR="009A4CF5" w:rsidRPr="15E60ADE">
        <w:rPr>
          <w:rFonts w:ascii="Aptos" w:hAnsi="Aptos"/>
          <w:sz w:val="24"/>
          <w:szCs w:val="24"/>
          <w:lang w:val="es-ES"/>
        </w:rPr>
        <w:t xml:space="preserve"> </w:t>
      </w:r>
      <w:r w:rsidRPr="15E60ADE">
        <w:rPr>
          <w:rFonts w:ascii="Aptos" w:hAnsi="Aptos"/>
          <w:i/>
          <w:iCs/>
          <w:sz w:val="24"/>
          <w:szCs w:val="24"/>
          <w:lang w:val="es-ES"/>
        </w:rPr>
        <w:t>CRAWLER</w:t>
      </w:r>
      <w:r w:rsidRPr="15E60ADE">
        <w:rPr>
          <w:rFonts w:ascii="Aptos" w:hAnsi="Aptos"/>
          <w:sz w:val="24"/>
          <w:szCs w:val="24"/>
          <w:lang w:val="es-ES"/>
        </w:rPr>
        <w:t xml:space="preserve">. </w:t>
      </w:r>
      <w:r w:rsidRPr="15E60ADE">
        <w:rPr>
          <w:rFonts w:ascii="Aptos" w:hAnsi="Aptos"/>
          <w:i/>
          <w:iCs/>
          <w:sz w:val="24"/>
          <w:szCs w:val="24"/>
          <w:lang w:val="es-ES"/>
        </w:rPr>
        <w:t>TANGK</w:t>
      </w:r>
      <w:r w:rsidRPr="15E60ADE">
        <w:rPr>
          <w:rFonts w:ascii="Aptos" w:hAnsi="Aptos"/>
          <w:sz w:val="24"/>
          <w:szCs w:val="24"/>
          <w:lang w:val="es-ES"/>
        </w:rPr>
        <w:t xml:space="preserve"> ha sido descrito por la banda como su disco más ambicioso y sorprendente hasta la fecha.</w:t>
      </w:r>
    </w:p>
    <w:p w14:paraId="0E822E32" w14:textId="77777777" w:rsidR="009A4CF5" w:rsidRPr="00CF7DB7" w:rsidRDefault="009A4CF5">
      <w:pPr>
        <w:rPr>
          <w:rFonts w:ascii="Aptos" w:hAnsi="Aptos"/>
          <w:sz w:val="24"/>
          <w:szCs w:val="24"/>
        </w:rPr>
      </w:pPr>
    </w:p>
    <w:p w14:paraId="0FD2C0D2" w14:textId="307177F4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r w:rsidRPr="0043016D">
        <w:rPr>
          <w:rFonts w:ascii="Aptos" w:hAnsi="Aptos"/>
          <w:b/>
          <w:bCs/>
          <w:sz w:val="24"/>
          <w:szCs w:val="24"/>
        </w:rPr>
        <w:t xml:space="preserve">Conecta con System </w:t>
      </w:r>
      <w:r w:rsidR="11B9D0CA" w:rsidRPr="0043016D">
        <w:rPr>
          <w:rFonts w:ascii="Aptos" w:hAnsi="Aptos"/>
          <w:b/>
          <w:bCs/>
          <w:sz w:val="24"/>
          <w:szCs w:val="24"/>
        </w:rPr>
        <w:t>O</w:t>
      </w:r>
      <w:r w:rsidRPr="0043016D">
        <w:rPr>
          <w:rFonts w:ascii="Aptos" w:hAnsi="Aptos"/>
          <w:b/>
          <w:bCs/>
          <w:sz w:val="24"/>
          <w:szCs w:val="24"/>
        </w:rPr>
        <w:t xml:space="preserve">f </w:t>
      </w:r>
      <w:r w:rsidR="41C76ABA" w:rsidRPr="0043016D">
        <w:rPr>
          <w:rFonts w:ascii="Aptos" w:hAnsi="Aptos"/>
          <w:b/>
          <w:bCs/>
          <w:sz w:val="24"/>
          <w:szCs w:val="24"/>
        </w:rPr>
        <w:t>A</w:t>
      </w:r>
      <w:r w:rsidRPr="0043016D">
        <w:rPr>
          <w:rFonts w:ascii="Aptos" w:hAnsi="Aptos"/>
          <w:b/>
          <w:bCs/>
          <w:sz w:val="24"/>
          <w:szCs w:val="24"/>
        </w:rPr>
        <w:t xml:space="preserve"> Down</w:t>
      </w:r>
    </w:p>
    <w:p w14:paraId="233BE313" w14:textId="77777777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8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YOUTUBE</w:t>
        </w:r>
      </w:hyperlink>
      <w:r w:rsidRPr="0043016D">
        <w:rPr>
          <w:rFonts w:ascii="Aptos" w:hAnsi="Aptos"/>
          <w:b/>
          <w:bCs/>
          <w:sz w:val="24"/>
          <w:szCs w:val="24"/>
        </w:rPr>
        <w:t xml:space="preserve"> | </w:t>
      </w:r>
      <w:hyperlink r:id="rId9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INSTAGRAM</w:t>
        </w:r>
      </w:hyperlink>
      <w:r w:rsidRPr="0043016D">
        <w:rPr>
          <w:rFonts w:ascii="Aptos" w:hAnsi="Aptos"/>
          <w:b/>
          <w:bCs/>
          <w:sz w:val="24"/>
          <w:szCs w:val="24"/>
        </w:rPr>
        <w:t xml:space="preserve"> | </w:t>
      </w:r>
      <w:hyperlink r:id="rId10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TIKTOK</w:t>
        </w:r>
      </w:hyperlink>
      <w:r w:rsidRPr="0043016D">
        <w:rPr>
          <w:rFonts w:ascii="Aptos" w:hAnsi="Aptos"/>
          <w:b/>
          <w:bCs/>
          <w:sz w:val="24"/>
          <w:szCs w:val="24"/>
        </w:rPr>
        <w:t xml:space="preserve"> | </w:t>
      </w:r>
      <w:hyperlink r:id="rId11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WEBSITE</w:t>
        </w:r>
      </w:hyperlink>
    </w:p>
    <w:p w14:paraId="4B831EE0" w14:textId="77777777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r w:rsidRPr="0043016D">
        <w:rPr>
          <w:rFonts w:ascii="Aptos" w:hAnsi="Aptos"/>
          <w:b/>
          <w:bCs/>
          <w:sz w:val="24"/>
          <w:szCs w:val="24"/>
        </w:rPr>
        <w:t>Conoce más de este y otros conciertos en:</w:t>
      </w:r>
    </w:p>
    <w:p w14:paraId="00446274" w14:textId="77777777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12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www.ocesa.com.mx</w:t>
        </w:r>
      </w:hyperlink>
    </w:p>
    <w:p w14:paraId="5A819EE8" w14:textId="77777777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13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www.facebook.com/ocesamx</w:t>
        </w:r>
      </w:hyperlink>
    </w:p>
    <w:p w14:paraId="1A1B9496" w14:textId="77777777" w:rsidR="00A03F59" w:rsidRDefault="00A03F59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14" w:tgtFrame="_blank" w:history="1">
        <w:r w:rsidRPr="00A03F59">
          <w:rPr>
            <w:rStyle w:val="Hyperlink"/>
            <w:rFonts w:ascii="Aptos" w:hAnsi="Aptos"/>
            <w:b/>
            <w:bCs/>
            <w:sz w:val="24"/>
            <w:szCs w:val="24"/>
          </w:rPr>
          <w:t>www.twitter.com/ocesa_rock</w:t>
        </w:r>
      </w:hyperlink>
    </w:p>
    <w:p w14:paraId="31DAE6B3" w14:textId="3C1C05E9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15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www.instagram.com/ocesa</w:t>
        </w:r>
      </w:hyperlink>
    </w:p>
    <w:p w14:paraId="35D123A4" w14:textId="77777777" w:rsidR="009A4CF5" w:rsidRPr="0043016D" w:rsidRDefault="009A4CF5" w:rsidP="009A4CF5">
      <w:pPr>
        <w:jc w:val="center"/>
        <w:rPr>
          <w:rFonts w:ascii="Aptos" w:hAnsi="Aptos"/>
          <w:b/>
          <w:bCs/>
          <w:sz w:val="24"/>
          <w:szCs w:val="24"/>
        </w:rPr>
      </w:pPr>
      <w:hyperlink r:id="rId16" w:history="1">
        <w:r w:rsidRPr="0043016D">
          <w:rPr>
            <w:rStyle w:val="Hyperlink"/>
            <w:rFonts w:ascii="Aptos" w:hAnsi="Aptos"/>
            <w:b/>
            <w:bCs/>
            <w:sz w:val="24"/>
            <w:szCs w:val="24"/>
          </w:rPr>
          <w:t>www.tiktok.com/@ocesamx</w:t>
        </w:r>
      </w:hyperlink>
    </w:p>
    <w:p w14:paraId="3351106A" w14:textId="77777777" w:rsidR="009A4CF5" w:rsidRDefault="009A4CF5" w:rsidP="009A4CF5">
      <w:pPr>
        <w:jc w:val="center"/>
      </w:pPr>
    </w:p>
    <w:p w14:paraId="06E0EA62" w14:textId="6D0C66DB" w:rsidR="00626408" w:rsidRDefault="00626408" w:rsidP="00CF7DB7">
      <w:pPr>
        <w:jc w:val="center"/>
      </w:pPr>
    </w:p>
    <w:sectPr w:rsidR="0062640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pto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70177996">
    <w:abstractNumId w:val="5"/>
  </w:num>
  <w:num w:numId="2" w16cid:durableId="152380950">
    <w:abstractNumId w:val="7"/>
  </w:num>
  <w:num w:numId="3" w16cid:durableId="1671979945">
    <w:abstractNumId w:val="1"/>
  </w:num>
  <w:num w:numId="4" w16cid:durableId="1971939492">
    <w:abstractNumId w:val="8"/>
  </w:num>
  <w:num w:numId="5" w16cid:durableId="1981689858">
    <w:abstractNumId w:val="2"/>
  </w:num>
  <w:num w:numId="6" w16cid:durableId="2027975131">
    <w:abstractNumId w:val="3"/>
  </w:num>
  <w:num w:numId="7" w16cid:durableId="316689324">
    <w:abstractNumId w:val="0"/>
  </w:num>
  <w:num w:numId="8" w16cid:durableId="372537568">
    <w:abstractNumId w:val="6"/>
  </w:num>
  <w:num w:numId="9" w16cid:durableId="589237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37629"/>
    <w:rsid w:val="0006063C"/>
    <w:rsid w:val="000D25B5"/>
    <w:rsid w:val="0015074B"/>
    <w:rsid w:val="0016742A"/>
    <w:rsid w:val="001E1F06"/>
    <w:rsid w:val="0029639D"/>
    <w:rsid w:val="00326F90"/>
    <w:rsid w:val="0038332A"/>
    <w:rsid w:val="00387813"/>
    <w:rsid w:val="003936E9"/>
    <w:rsid w:val="003F6238"/>
    <w:rsid w:val="0043016D"/>
    <w:rsid w:val="004E703E"/>
    <w:rsid w:val="005F0A14"/>
    <w:rsid w:val="00622201"/>
    <w:rsid w:val="00626408"/>
    <w:rsid w:val="006360DC"/>
    <w:rsid w:val="006615B4"/>
    <w:rsid w:val="00701FF1"/>
    <w:rsid w:val="0071358D"/>
    <w:rsid w:val="007D7595"/>
    <w:rsid w:val="007F24B6"/>
    <w:rsid w:val="00816276"/>
    <w:rsid w:val="008B03B2"/>
    <w:rsid w:val="0090424F"/>
    <w:rsid w:val="00986474"/>
    <w:rsid w:val="009A4CF5"/>
    <w:rsid w:val="009F07E5"/>
    <w:rsid w:val="009F5B76"/>
    <w:rsid w:val="009F7157"/>
    <w:rsid w:val="00A03F59"/>
    <w:rsid w:val="00A2102D"/>
    <w:rsid w:val="00A24EBD"/>
    <w:rsid w:val="00AA1D8D"/>
    <w:rsid w:val="00AF5BF9"/>
    <w:rsid w:val="00B055D4"/>
    <w:rsid w:val="00B47730"/>
    <w:rsid w:val="00BA48BB"/>
    <w:rsid w:val="00BD1775"/>
    <w:rsid w:val="00C029D1"/>
    <w:rsid w:val="00C10D49"/>
    <w:rsid w:val="00C96DE4"/>
    <w:rsid w:val="00CB0664"/>
    <w:rsid w:val="00CF7DB7"/>
    <w:rsid w:val="00D168AB"/>
    <w:rsid w:val="00D413B2"/>
    <w:rsid w:val="00D56259"/>
    <w:rsid w:val="00D61277"/>
    <w:rsid w:val="00D700B2"/>
    <w:rsid w:val="00D87841"/>
    <w:rsid w:val="00EB6449"/>
    <w:rsid w:val="00EC4164"/>
    <w:rsid w:val="00F375BC"/>
    <w:rsid w:val="00F67D5D"/>
    <w:rsid w:val="00F7375B"/>
    <w:rsid w:val="00FB1D5B"/>
    <w:rsid w:val="00FC693F"/>
    <w:rsid w:val="0197F938"/>
    <w:rsid w:val="06CD15FE"/>
    <w:rsid w:val="10EE0BB9"/>
    <w:rsid w:val="11B9D0CA"/>
    <w:rsid w:val="15E60ADE"/>
    <w:rsid w:val="17F005D5"/>
    <w:rsid w:val="17F66383"/>
    <w:rsid w:val="1C45A272"/>
    <w:rsid w:val="1D851D02"/>
    <w:rsid w:val="1E3AB71D"/>
    <w:rsid w:val="202DDBF2"/>
    <w:rsid w:val="20AEBC3E"/>
    <w:rsid w:val="248DD9E6"/>
    <w:rsid w:val="29DC1FB6"/>
    <w:rsid w:val="2BD03E10"/>
    <w:rsid w:val="2EC4480B"/>
    <w:rsid w:val="31FAE746"/>
    <w:rsid w:val="34BA7A31"/>
    <w:rsid w:val="3B7C354D"/>
    <w:rsid w:val="3D62752C"/>
    <w:rsid w:val="3EA2A0CD"/>
    <w:rsid w:val="41C76ABA"/>
    <w:rsid w:val="4368101F"/>
    <w:rsid w:val="4D927840"/>
    <w:rsid w:val="51D4B11A"/>
    <w:rsid w:val="594687A9"/>
    <w:rsid w:val="5F449FA9"/>
    <w:rsid w:val="63003419"/>
    <w:rsid w:val="6693F82D"/>
    <w:rsid w:val="6B303924"/>
    <w:rsid w:val="6B5EE261"/>
    <w:rsid w:val="6DE5A7EF"/>
    <w:rsid w:val="701BA7AC"/>
    <w:rsid w:val="7F26C40F"/>
    <w:rsid w:val="7F77B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00C299"/>
  <w14:defaultImageDpi w14:val="300"/>
  <w15:docId w15:val="{C0087BC9-157A-47CE-AB76-C0F9183D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F7D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@systemofadown" TargetMode="External"/><Relationship Id="rId13" Type="http://schemas.openxmlformats.org/officeDocument/2006/relationships/hyperlink" Target="http://www.facebook.com/ocesam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ocesa.com.mx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iktok.com/@ocesam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ystemofadown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instagram.com/ocesa" TargetMode="External"/><Relationship Id="rId10" Type="http://schemas.openxmlformats.org/officeDocument/2006/relationships/hyperlink" Target="https://www.tiktok.com/@systemofadow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ystemofadown/" TargetMode="External"/><Relationship Id="rId14" Type="http://schemas.openxmlformats.org/officeDocument/2006/relationships/hyperlink" Target="https://www.twitter.com/ocesa_r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0</Pages>
  <Words>0</Words>
  <Characters>0</Characters>
  <Application>Microsoft Office Word</Application>
  <DocSecurity>4</DocSecurity>
  <Lines>0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Arantza Diaz Ramirez</cp:lastModifiedBy>
  <cp:revision>4</cp:revision>
  <dcterms:created xsi:type="dcterms:W3CDTF">2025-12-09T16:36:00Z</dcterms:created>
  <dcterms:modified xsi:type="dcterms:W3CDTF">2025-12-09T17:17:00Z</dcterms:modified>
  <cp:category/>
</cp:coreProperties>
</file>